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ALEX MORGAN</w:t>
      </w:r>
    </w:p>
    <w:p>
      <w:pPr>
        <w:jc w:val="center"/>
      </w:pPr>
      <w:r>
        <w:t>London  |  07xxx xxx xxx  |  alex.example@email.com</w:t>
      </w:r>
    </w:p>
    <w:p>
      <w:pPr>
        <w:jc w:val="center"/>
      </w:pPr>
      <w:r>
        <w:rPr>
          <w:b/>
        </w:rPr>
        <w:t>CARE ASSISTANT</w:t>
      </w:r>
    </w:p>
    <w:p>
      <w:r>
        <w:rPr>
          <w:b/>
          <w:sz w:val="24"/>
        </w:rPr>
        <w:t>PERSONAL PROFILE</w:t>
      </w:r>
    </w:p>
    <w:p>
      <w:r>
        <w:t>Compassionate care assistant with two years’ experience supporting older adults with dignity, personal care and daily routines. Calm communicator with strong safeguarding awareness.</w:t>
      </w:r>
    </w:p>
    <w:p>
      <w:r>
        <w:rPr>
          <w:b/>
          <w:sz w:val="24"/>
        </w:rPr>
        <w:t>KEY SKILLS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t>• Safeguarding</w:t>
            </w:r>
          </w:p>
        </w:tc>
        <w:tc>
          <w:tcPr>
            <w:tcW w:type="dxa" w:w="5112"/>
          </w:tcPr>
          <w:p>
            <w:r>
              <w:t>• Personal care</w:t>
            </w:r>
          </w:p>
        </w:tc>
      </w:tr>
      <w:tr>
        <w:tc>
          <w:tcPr>
            <w:tcW w:type="dxa" w:w="5112"/>
          </w:tcPr>
          <w:p>
            <w:r>
              <w:t>• Record keeping</w:t>
            </w:r>
          </w:p>
        </w:tc>
        <w:tc>
          <w:tcPr>
            <w:tcW w:type="dxa" w:w="5112"/>
          </w:tcPr>
          <w:p>
            <w:r>
              <w:t>• Empathy</w:t>
            </w:r>
          </w:p>
        </w:tc>
      </w:tr>
      <w:tr>
        <w:tc>
          <w:tcPr>
            <w:tcW w:type="dxa" w:w="5112"/>
          </w:tcPr>
          <w:p>
            <w:r>
              <w:t>• Medication awareness</w:t>
            </w:r>
          </w:p>
        </w:tc>
        <w:tc>
          <w:tcPr>
            <w:tcW w:type="dxa" w:w="5112"/>
          </w:tcPr>
          <w:p/>
        </w:tc>
      </w:tr>
    </w:tbl>
    <w:p>
      <w:r>
        <w:rPr>
          <w:b/>
          <w:sz w:val="24"/>
        </w:rPr>
        <w:t>EMPLOYMENT HISTORY</w:t>
      </w:r>
    </w:p>
    <w:p>
      <w:r>
        <w:rPr>
          <w:b/>
        </w:rPr>
        <w:t>Rosewood Care — Care Assistant, 2024–Present</w:t>
      </w:r>
    </w:p>
    <w:p>
      <w:pPr>
        <w:pStyle w:val="ListBullet"/>
      </w:pPr>
      <w:r>
        <w:t>Supported personal care and meals</w:t>
      </w:r>
    </w:p>
    <w:p>
      <w:pPr>
        <w:pStyle w:val="ListBullet"/>
      </w:pPr>
      <w:r>
        <w:t>recorded daily notes accurately</w:t>
      </w:r>
    </w:p>
    <w:p>
      <w:pPr>
        <w:pStyle w:val="ListBullet"/>
      </w:pPr>
      <w:r>
        <w:t>reported changes in wellbeing</w:t>
      </w:r>
    </w:p>
    <w:p>
      <w:pPr>
        <w:pStyle w:val="ListBullet"/>
      </w:pPr>
      <w:r>
        <w:t>promoted independence</w:t>
      </w:r>
    </w:p>
    <w:p>
      <w:pPr>
        <w:pStyle w:val="ListBullet"/>
      </w:pPr>
      <w:r>
        <w:t>followed safeguarding and infection-control procedures.</w:t>
      </w:r>
    </w:p>
    <w:p>
      <w:r>
        <w:rPr>
          <w:i/>
        </w:rPr>
        <w:t>Earlier / transferable experience — Add your real employer and dates</w:t>
      </w:r>
    </w:p>
    <w:p>
      <w:pPr>
        <w:pStyle w:val="ListBullet"/>
      </w:pPr>
      <w:r>
        <w:t>Describe a real achievement using an action and result, for example: improved accuracy, reduced waiting time, supported a safe shift or received positive feedback.</w:t>
      </w:r>
    </w:p>
    <w:p>
      <w:r>
        <w:rPr>
          <w:b/>
          <w:sz w:val="24"/>
        </w:rPr>
        <w:t>EDUCATION &amp; TRAINING</w:t>
      </w:r>
    </w:p>
    <w:p>
      <w:r>
        <w:t>Relevant qualification or training — Provider — Year</w:t>
      </w:r>
    </w:p>
    <w:p>
      <w:r>
        <w:rPr>
          <w:b/>
          <w:sz w:val="24"/>
        </w:rPr>
        <w:t>ADDITIONAL INFORMATION</w:t>
      </w:r>
    </w:p>
    <w:p>
      <w:r>
        <w:t>Available for interview with reasonable notice. References available on request.</w:t>
      </w:r>
    </w:p>
    <w:p>
      <w:r>
        <w:rPr>
          <w:b/>
        </w:rPr>
        <w:t>HOW TO PERSONALISE THIS EXAMPLE</w:t>
      </w:r>
    </w:p>
    <w:p>
      <w:pPr>
        <w:pStyle w:val="ListBullet"/>
      </w:pPr>
      <w:r>
        <w:t>Replace Alex Morgan and all contact details.</w:t>
      </w:r>
    </w:p>
    <w:p>
      <w:pPr>
        <w:pStyle w:val="ListBullet"/>
      </w:pPr>
      <w:r>
        <w:t>Use only employers, qualifications and achievements that are true.</w:t>
      </w:r>
    </w:p>
    <w:p>
      <w:pPr>
        <w:pStyle w:val="ListBullet"/>
      </w:pPr>
      <w:r>
        <w:t>Add numbers where you can prove them.</w:t>
      </w:r>
    </w:p>
    <w:p>
      <w:pPr>
        <w:pStyle w:val="ListBullet"/>
      </w:pPr>
      <w:r>
        <w:t>Keep the finished CV to one or two pages.</w:t>
      </w:r>
    </w:p>
    <w:sectPr w:rsidR="00FC693F" w:rsidRPr="0006063C" w:rsidSect="00034616"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